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4572000" cy="68580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book_cover_titled_&quot;Bitcoin_Experience:_A_Quick_G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858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Bitcoin Experience: A Quick Guide for Beginners</w:t>
      </w:r>
    </w:p>
    <w:p>
      <w:r>
        <w:t>By Noonie Pam</w:t>
        <w:br/>
      </w:r>
    </w:p>
    <w:p>
      <w:r>
        <w:br/>
        <w:t>**Preface**</w:t>
        <w:br/>
        <w:br/>
        <w:t>In the past decade, Bitcoin has gone from being an obscure project on the internet to a powerful global financial network...</w:t>
        <w:br/>
        <w:br/>
        <w:t>**Chapter 1: What Is Money?**</w:t>
        <w:br/>
        <w:br/>
        <w:t>Let’s start with a simple question that most people never think to ask: What is money?...</w:t>
        <w:br/>
        <w:br/>
        <w:t>[...] (Additional chapters would continue)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